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בוחרים נושא שחוצה 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הופך נושא לנושא שחוצה יצירות ולא לתווית בודדת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מבחן הנושא על דוגמאות מהבנק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נושא כשאלה פתוחה המתאימה לכמה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נושא חזק הוא שאלה פתוחה שכל יצירה עונה עליה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היא תווית ולא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כל אחד רושם שלושה רגעים שנשארו איתו מכל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לבדוק אם הנושא מופיע בכל היצירות ומאפשר מחלוקת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גם כתבה חדשותית וגם כתבות אישיות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נושא טוב הוא שאלה פתוחה, לא תווית בודדת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נושא טוב הוא שאלה שאין לה תשובה אחת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הנושא צריך לחבר בין כמה יצירות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מהתנאים במבחן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נושא חזק צריך לפחות שני ציטוטים מכל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בדידות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הגירה ושורשים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לשאלה המנחה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אני כשאף אחד לא מגדיר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(מתי חולשה היא כוח ומתי כוח הוא חולשה)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(למה דמויות מסתירות את פניהן האמיתיות)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(מה הדמויות זוכרות ומה הן מנסות לשכוח)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(מה מחזיק דמות במצב שאין בו מוצא)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בחירת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אחד ואחת רושמים שלושה רגעים מכל יצירה שנשארו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מניחים את הרשימות זו ליד זו ומחפשים מה חוזר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שניים או שלושה נושאים מועמדים ומנסחים כל אחד כשאלה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מעבירים כל נושא דרך מבחן הנושא ומוחקים את החלשים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שמציגה קשר ברור בין הנושא הנבחר לפרט מהיצירה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שנושא טוב הוא שאלה ולא מילה בודדת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מציין שני תנאים מתוך הרשימה (מופיע בכל היצירות, מאפשר עמדות שונות, יש ציטוטים, שאלה פתוחה, מחבר לחיים, מאפשר מחלוקת)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מקשרת בין נושא ספציפי מהבנק לפרט מוחשי מהיצירה הנלמדת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הנושא החלש מול החזק ולבקש מהתלמידים לשפר נושא בעצמם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מבחן הנושא בקבוצות קטנות לפני בחירה סופית של נושא לעיתון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בבנק הנושאים כהשראה, אך לעודד את התלמידים לנסח ניסוח אישי משלהם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איך בוחרים נושא שחוצה יצירות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בעיתון הספרותי השיתופי הנושא הוא הלב של הגיליון. נושא טוב הוא שאלה פתוחה שכל יצירה עונה עליה בצורה אחרת, ולא מילה בודדת שמודבקת על הכל.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נושא חלש לנושא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נושא חזק הוא מילה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 חזק הוא שאלה פתוחה שכל יצירה עונה עליה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 חלש מתאים לכל היצירות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המילה "אהבה" לבדה נחשבת נושא חלש?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לא מופיעה ביצירות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תווית ולא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קשה לכתוב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נושא פוליטי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הצעד הראשון בתהליך בחירת הנושא?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לנסח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כתבה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אחד רושם שלושה רגעים שנשארו איתו מכל 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להציג את הנושא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מטרת מבחן הנושא?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אם הנושא מופיע בכל היצירות ומאפשר מחלוקת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את אורך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את שם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לקבוע את מועד ההגשה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הנושא הטוב צריך לאפשר,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כתבה חדשותית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ריאיון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כתבה חדשותית וגם כתבות אישיות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שיר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טוב הוא מילה אחת שמודבקת על כל היצירות.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לנסח נושא כשאלה שיש לה תשובה נכונה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שמבוסס רק על יצירה אחת אינו נחשב נושא חוצה יצירות.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טוב מחבר את היצירות גם לחיים של התלמידים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לנושא יש רק ציטוט אחד מכל יצירה, הוא עדיין נחשב נושא חזק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נושא ה__________ שואל: מי אני כשאף אחד לא מגדיר אותי?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נושא ה__________ שואל: מה אדם מוכן לתת כדי להרגיש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נושא ה__________ שואל: האם הבדידות ביצירות היא עונש, בחירה או מקום של צמיחה?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נושא ה__________ שואל: על מה אנחנו אחראים, על מעשינו בלבד או גם על מה שלא עשינו?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נושא ה__________ שואל: האם אפשר לעקור ממקום אחד ולהכות שורשים באחר בלי לאבד דבר?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נושא לשאלה המנחה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מחזיק דמות במצב שאין בו מוצא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כוח וחולשה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אני כשאף אחד לא מגדיר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מסכות ואמת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מתי חולשה היא כוח ומתי כוח הוא חולשה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זיכרון ושכחה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למה דמויות מסתירות את פניהן האמיתיות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תקווה וייאוש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הדמויות זוכרות ומה הן מנסות לשכוח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בחירת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מניחים את הרשימות זו ליד זו ומחפשים מה חוזר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שניים או שלושה נושאים מועמדים ומנסחים כל אחד כשאלה פתוחה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כל נושא דרך מבחן הנושא ומוחקים את החלשים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ואחת רושמים שלושה רגעים מכל יצירה שנשארו איתם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נושאים מבנק הנושאים והסבירו בקצרה למה הם מתאימים ליצירה שקראתם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נושא כתווית לנושא כשאלה פתוחה?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שניים משישה מבחני הנושא שמוזכרים בדף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נושא אחד מבנק הנושאים והסבירו מה הופך אותו למתאים ליצירה שלמדתם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איך בוחרים נושא שחוצה יצירות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