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בוחרים נושא שחוצה 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הופך נושא לנושא שחוצה יצירות ולא לתווית בודדת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מבחן הנושא על דוגמאות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נושא כשאלה פתוחה המתאימה לכמה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 חזק הוא שאלה פתוחה שכל יצירה עונה עליה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היא תווית ולא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אחד רושם שלושה רגעים שנשארו איתו מכל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לבדוק אם הנושא מופיע בכל היצירות ומאפשר 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כתבה חדשותית וגם כתבות אישיות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נושא טוב הוא שאלה פתוחה, לא תווית בודדת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נושא טוב הוא שאלה שאין לה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הנושא צריך לחבר בין כמה יצירות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מהתנאים במבחן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נושא חזק צריך לפחות שני ציטוטים מכל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הגירה ושורשים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לשאלה המנחה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 אני כשאף אחד לא מגדיר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(מתי חולשה היא כוח ומתי כוח הוא חולשה)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(למה דמויות מסתירות את פניהן האמיתיות)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הדמויות זוכרות ומה הן מנסות לשכוח)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מחזיק דמות במצב שאין בו מוצא)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בחירת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ואחת רושמים שלושה רגעים מכל יצירה שנשארו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מניחים את הרשימות זו ליד זו ומחפשים מה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שניים או שלושה נושאים מועמדים ומנסחים כל אחד כשאלה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כל נושא דרך מבחן הנושא ומוחקים את החלשים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שמציגה קשר ברור בין הנושא הנבחר לפרט מהיצירה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שנושא טוב הוא שאלה ולא מילה בודדת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שני תנאים מתוך הרשימה (מופיע בכל היצירות, מאפשר עמדות שונות, יש ציטוטים, שאלה פתוחה, מחבר לחיים, מאפשר מחלוקת)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מקשרת בין נושא ספציפי מהבנק לפרט מוחשי מהיצירה הנלמדת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הנושא החלש מול החזק ולבקש מהתלמידים לשפר נושא בעצמם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מבחן הנושא בקבוצות קטנות לפני בחירה סופית של נושא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בבנק הנושאים כהשראה, אך לעודד את התלמידים לנסח ניסוח אישי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בוחרים נושא שחוצה 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כשבוחרים נושא לעיתון, צריך לבחור שאלה ולא מילה אחת. השאלה צריכה להתאים לכמה יצירות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חוצה יצירות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שמופיע בכמה יצירות שונות, לא רק באחת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שאין לה תשובה נכונה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מבחן הנושא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שאלות שבודקות אם הנושא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מועמד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שעדיין בודקים אם הוא מתאים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תווית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בודדת שלא פותחת 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מחלוקת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בין דעות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חדשותית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שמדווחת על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שמציגה נקודת מבט של דמות או 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נושא טוב לנושא לא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חזק הוא מילה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 חזק הוא שאלה פתוחה שכל יצירה עונה עליה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חלש מתאים לכל 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מילה אחת לא מספיקה כנושא?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לא מופיעה ביצירות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תווית ולא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קשה לכתוב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נושא פוליטי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קודם כל כדי לבחור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לנסח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אחד רושם שלושה רגעים שנשארו איתו מכל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את הנושא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בודקים את הנושא לפני שבוחרים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הנושא מופיע בכל היצירות ומאפשר מחלוקת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אורך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שם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את מועד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סוגי כתבות צריך הנושא לאפשר?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כתבה חדשותית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ריאיון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כתבה חדשותית וגם כתבות אישיות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טוב הוא מילה אחת שמודבקת על כל היצירות.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לנסח נושא כשאלה שיש לה תשובה נכונה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שמבוסס רק על יצירה אחת אינו נחשב נושא חוצה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טוב מחבר את היצירות גם לחיים של התלמידים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לנושא יש רק ציטוט אחד מכל יצירה, הוא עדיין נחשב נושא חזק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נושא ה__________ שואל: מי אני כשאף אחד לא מגדיר אותי?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נושא ה__________ שואל: מה אדם מוכן לתת כדי להרגיש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נושא ה__________ שואל: האם הבדידות ביצירות היא עונש, בחירה או מקום של צמיחה?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נושא ה__________ שואל: על מה אנחנו אחראים, על מעשינו בלבד או גם על מה שלא עשינו?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נושא ה__________ שואל: האם אפשר לעקור ממקום אחד ולהכות שורשים באחר בלי לאבד דבר?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לשאלה המנחה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מתי חולשה היא כוח ומתי כוח הוא חולשה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כוח וחולשה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למה דמויות מסתירות את פניהן האמיתיות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מסכות ואמת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אני כשאף אחד לא מגדיר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זיכרון ושכחה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מחזיק דמות במצב שאין בו 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 וייאוש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הדמויות זוכרות ומה הן מנסות לשכוח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בחירת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שניים או שלושה נושאים מועמדים ומנסחים כל אחד כשאלה פתוחה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רושמים שלושה רגעים מכל יצירה שנשארו איתם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כל נושא דרך מבחן הנושא ומוחקים את החלשים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הרשימות זו ליד זו ומחפשים מה חוזר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נושאים מבנק הנושאים והסבירו בקצרה למה הם מתאימים ליצירה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נושא כתווית לנושא כשאלה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שניים משישה מבחני הנושא שמוזכרים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נושא אחד מבנק הנושאים והסבירו מה הופך אותו למתאים ליצירה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בוחרים נושא שחוצה 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