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נושא לנושא שחוצה יצירות ולא לתווית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מבחן הנושא על דוגמאות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נושא כשאלה פתוחה המתאימה לכמה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חזק הוא שאלה פתוחה שכל יצירה עונה עליה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היא תווית ולא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נושא טוב הוא שאלה פתוחה, לא תווית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נושא טוב הוא שאלה שאין לה תשובה אחת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לשאלה המנחה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אני כשאף אחד לא מגדיר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(מתי חולשה היא כוח ומתי כוח הוא חולשה)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(למה דמויות מסתירות את פניהן האמיתיות)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הדמויות זוכרות ומה הן מנסות לשכוח)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בחירת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ואחת רושמים שלושה רגעים מכל יצירה שנשארו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מניחים את הרשימות זו ליד זו ומחפשים מה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שניים או שלושה נושאים מועמדים ומנסחים כל אחד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כל נושא דרך מבחן הנושא ומוחקים את החלשים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שמציגה קשר ברור בין הנושא הנבחר לפרט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שנושא טוב הוא שאלה ולא מילה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שני תנאים מתוך הרשימה (מופיע בכל היצירות, מאפשר עמדות שונות, יש ציטוטים, שאלה פתוחה, מחבר לחיים, מאפשר מחלוקת)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נושא ספציפי מהבנק לפרט מוחשי מהיצירה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הנושא החלש מול החזק ולבקש מהתלמידים לשפר נושא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מבחן הנושא בקבוצות קטנות לפני בחירה סופית של נושא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בבנק הנושאים כהשראה, אך לעודד את התלמידים לנסח ניסוח אישי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הספרותי השיתופי הנושא הוא הלב של הגיליון. נושא טוב הוא שאלה פתוחה שכל יצירה עונה עליה בצורה אחרת, ולא מילה בודדת שמודבקת על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שייכות  ·  זהות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נושא חלש לנושא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נושא חזק הוא מילה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נושא חזק הוא שאלה פתוחה שכל יצירה עונה עליה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נושא חלש מתאים לכל 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המילה "אהבה" לבדה נחשבת נושא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היא לא מופיעה ביצירות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היא תווית ולא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קשה לכתוב עליה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נושא טוב הוא מילה אחת שמודבקת על כל היצירות.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לנסח נושא כשאלה שיש לה תשובה נכונה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נושא ה__________ שואל: מי אני כשאף אחד לא מגדיר אותי?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נושא ה__________ שואל: מה אדם מוכן לתת כדי להרגיש שייך?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לשאלה המנחה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למה דמויות מסתירות את פניהן האמיתיות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כוח וחולשה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אני כשאף אחד לא מגדיר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מסכות ואמת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הדמויות זוכרות ומה הן מנסות לשכוח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זיכרון ושכחה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מתי חולשה היא כוח ומתי כוח הוא חולשה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בחירת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כל נושא דרך מבחן הנושא ומוחקים את החלשים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ואחת רושמים שלושה רגעים מכל יצירה שנשארו איתם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מניחים את הרשימות זו ליד זו ומחפשים מה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שניים או שלושה נושאים מועמדים ומנסחים כל אחד כשאלה פתוחה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נושאים מבנק הנושאים והסבירו בקצרה למה הם מתאימים ליצירה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נושא כתווית לנושא כשאלה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שניים משישה מבחני הנושא שמוזכרים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בוחרים נושא שחוצה 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